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41414"/>
          <w:sz w:val="40"/>
        </w:rPr>
        <w:t>[YOUR NAME]</w:t>
      </w:r>
    </w:p>
    <w:p>
      <w:pPr>
        <w:spacing w:after="200"/>
      </w:pPr>
      <w:r>
        <w:rPr>
          <w:b/>
          <w:color w:val="141414"/>
          <w:sz w:val="22"/>
        </w:rPr>
        <w:t>[Three strengths, e.g. Risk and safety | Crisis response | Developing people]</w:t>
      </w:r>
    </w:p>
    <w:p>
      <w:pPr>
        <w:spacing w:after="200"/>
      </w:pPr>
      <w:r>
        <w:rPr>
          <w:b w:val="0"/>
          <w:color w:val="555555"/>
          <w:sz w:val="20"/>
        </w:rPr>
        <w:t>[Town]  |  [Phone]  |  [Email]  |  [LinkedIn address, if you have one]</w:t>
      </w:r>
    </w:p>
    <w:p>
      <w:pPr>
        <w:spacing w:after="60" w:before="240"/>
      </w:pPr>
      <w:r>
        <w:rPr>
          <w:b/>
          <w:color w:val="0A714E"/>
          <w:sz w:val="22"/>
        </w:rPr>
        <w:t>PROFILE</w:t>
      </w:r>
    </w:p>
    <w:p>
      <w:pPr>
        <w:spacing w:after="80"/>
      </w:pPr>
      <w:r>
        <w:rPr>
          <w:b w:val="0"/>
          <w:color w:val="555555"/>
          <w:sz w:val="19"/>
        </w:rPr>
        <w:t>Three or four lines on what you can offer. Lead with your strengths, not your rank. If you do not yet know your direction, keep it broad; tailor it once you do.</w:t>
      </w:r>
    </w:p>
    <w:p>
      <w:pPr>
        <w:spacing w:after="80"/>
      </w:pPr>
      <w:r>
        <w:rPr>
          <w:b w:val="0"/>
          <w:color w:val="141414"/>
          <w:sz w:val="21"/>
        </w:rPr>
        <w:t>[Example: Safety and investigations professional with twelve years' experience of high-pressure work, calm decision-making and developing others.]</w:t>
      </w:r>
    </w:p>
    <w:p>
      <w:pPr>
        <w:spacing w:after="60" w:before="240"/>
      </w:pPr>
      <w:r>
        <w:rPr>
          <w:b/>
          <w:color w:val="0A714E"/>
          <w:sz w:val="22"/>
        </w:rPr>
        <w:t>KEY SKILLS</w:t>
      </w:r>
    </w:p>
    <w:p>
      <w:pPr>
        <w:spacing w:after="80"/>
      </w:pPr>
      <w:r>
        <w:rPr>
          <w:b w:val="0"/>
          <w:color w:val="555555"/>
          <w:sz w:val="19"/>
        </w:rPr>
        <w:t>Five or six skills. Use the Skills Translator summary for ideas, and the words in the advert once you are applying for a specific job.</w:t>
      </w:r>
    </w:p>
    <w:p>
      <w:pPr>
        <w:pStyle w:val="ListBullet"/>
        <w:spacing w:after="40"/>
      </w:pPr>
      <w:r>
        <w:rPr>
          <w:sz w:val="21"/>
        </w:rPr>
        <w:t>[Skill 1]</w:t>
      </w:r>
    </w:p>
    <w:p>
      <w:pPr>
        <w:pStyle w:val="ListBullet"/>
        <w:spacing w:after="40"/>
      </w:pPr>
      <w:r>
        <w:rPr>
          <w:sz w:val="21"/>
        </w:rPr>
        <w:t>[Skill 2]</w:t>
      </w:r>
    </w:p>
    <w:p>
      <w:pPr>
        <w:pStyle w:val="ListBullet"/>
        <w:spacing w:after="40"/>
      </w:pPr>
      <w:r>
        <w:rPr>
          <w:sz w:val="21"/>
        </w:rPr>
        <w:t>[Skill 3]</w:t>
      </w:r>
    </w:p>
    <w:p>
      <w:pPr>
        <w:pStyle w:val="ListBullet"/>
        <w:spacing w:after="40"/>
      </w:pPr>
      <w:r>
        <w:rPr>
          <w:sz w:val="21"/>
        </w:rPr>
        <w:t>[Skill 4]</w:t>
      </w:r>
    </w:p>
    <w:p>
      <w:pPr>
        <w:pStyle w:val="ListBullet"/>
        <w:spacing w:after="40"/>
      </w:pPr>
      <w:r>
        <w:rPr>
          <w:sz w:val="21"/>
        </w:rPr>
        <w:t>[Skill 5]</w:t>
      </w:r>
    </w:p>
    <w:p>
      <w:pPr>
        <w:spacing w:after="60" w:before="240"/>
      </w:pPr>
      <w:r>
        <w:rPr>
          <w:b/>
          <w:color w:val="0A714E"/>
          <w:sz w:val="22"/>
        </w:rPr>
        <w:t>EXPERIENCE</w:t>
      </w:r>
    </w:p>
    <w:p>
      <w:pPr>
        <w:spacing w:after="80"/>
      </w:pPr>
      <w:r>
        <w:rPr>
          <w:b w:val="0"/>
          <w:color w:val="555555"/>
          <w:sz w:val="19"/>
        </w:rPr>
        <w:t>Most recent first. Describe each role in plain words, with three to five achievements. Each line: what you were responsible for, what you did, what changed as a result. Use numbers where you can. Use your real job title, or a plain equivalent; rank, force and dates go here.</w:t>
      </w:r>
    </w:p>
    <w:p>
      <w:pPr>
        <w:spacing w:after="40"/>
      </w:pPr>
      <w:r>
        <w:rPr>
          <w:b/>
          <w:color w:val="141414"/>
          <w:sz w:val="21"/>
        </w:rPr>
        <w:t>[Role title in plain words], [Organisation]          [Year] to [Year]</w:t>
      </w:r>
    </w:p>
    <w:p>
      <w:pPr>
        <w:pStyle w:val="ListBullet"/>
        <w:spacing w:after="40"/>
      </w:pPr>
      <w:r>
        <w:rPr>
          <w:sz w:val="21"/>
        </w:rPr>
        <w:t>[e.g. "Led a team of eight on a 24/7 rota, cutting outstanding crime reports by a third in six months."]</w:t>
      </w:r>
    </w:p>
    <w:p>
      <w:pPr>
        <w:pStyle w:val="ListBullet"/>
        <w:spacing w:after="40"/>
      </w:pPr>
      <w:r>
        <w:rPr>
          <w:sz w:val="21"/>
        </w:rPr>
        <w:t>[e.g. "Trained around 200 colleagues a year in Emergency Life Saving (ELS) and personal safety."]</w:t>
      </w:r>
    </w:p>
    <w:p>
      <w:pPr>
        <w:pStyle w:val="ListBullet"/>
        <w:spacing w:after="40"/>
      </w:pPr>
      <w:r>
        <w:rPr>
          <w:sz w:val="21"/>
        </w:rPr>
        <w:t>[e.g. "Set up and ran a peer support group for colleagues after difficult incidents."]</w:t>
      </w:r>
    </w:p>
    <w:p>
      <w:pPr>
        <w:spacing w:after="40"/>
      </w:pPr>
      <w:r>
        <w:rPr>
          <w:b/>
          <w:color w:val="141414"/>
          <w:sz w:val="21"/>
        </w:rPr>
        <w:t>[Earlier role], [Organisation]          [Year] to [Year]</w:t>
      </w:r>
    </w:p>
    <w:p>
      <w:pPr>
        <w:pStyle w:val="ListBullet"/>
        <w:spacing w:after="40"/>
      </w:pPr>
      <w:r>
        <w:rPr>
          <w:sz w:val="21"/>
        </w:rPr>
        <w:t>[Responsibility, action and result]</w:t>
      </w:r>
    </w:p>
    <w:p>
      <w:pPr>
        <w:pStyle w:val="ListBullet"/>
        <w:spacing w:after="40"/>
      </w:pPr>
      <w:r>
        <w:rPr>
          <w:sz w:val="21"/>
        </w:rPr>
        <w:t>[Responsibility, action and result]</w:t>
      </w:r>
    </w:p>
    <w:p>
      <w:pPr>
        <w:pStyle w:val="ListBullet"/>
        <w:spacing w:after="40"/>
      </w:pPr>
      <w:r>
        <w:rPr>
          <w:sz w:val="21"/>
        </w:rPr>
        <w:t>[Responsibility, action and result]</w:t>
      </w:r>
    </w:p>
    <w:p>
      <w:pPr>
        <w:spacing w:after="60" w:before="240"/>
      </w:pPr>
      <w:r>
        <w:rPr>
          <w:b/>
          <w:color w:val="0A714E"/>
          <w:sz w:val="22"/>
        </w:rPr>
        <w:t>QUALIFICATIONS AND TRAINING</w:t>
      </w:r>
    </w:p>
    <w:p>
      <w:pPr>
        <w:spacing w:after="80"/>
      </w:pPr>
      <w:r>
        <w:rPr>
          <w:b w:val="0"/>
          <w:color w:val="555555"/>
          <w:sz w:val="19"/>
        </w:rPr>
        <w:t>Give the full name first, with the short form once in brackets, for example "Emergency Life Saving (ELS) Instructor". Include the awarding body, the year and any expiry date. Check what you may already hold, such as a First Aid at Work certificate.</w:t>
      </w:r>
    </w:p>
    <w:p>
      <w:pPr>
        <w:pStyle w:val="ListBullet"/>
        <w:spacing w:after="40"/>
      </w:pPr>
      <w:r>
        <w:rPr>
          <w:sz w:val="21"/>
        </w:rPr>
        <w:t>[Full name of qualification or course (short form), awarding body, year, expiry date if any]</w:t>
      </w:r>
    </w:p>
    <w:p>
      <w:pPr>
        <w:pStyle w:val="ListBullet"/>
        <w:spacing w:after="40"/>
      </w:pPr>
      <w:r>
        <w:rPr>
          <w:sz w:val="21"/>
        </w:rPr>
        <w:t>[Full name of qualification or course (short form), awarding body, year, expiry date if any]</w:t>
      </w:r>
    </w:p>
    <w:p>
      <w:pPr>
        <w:pStyle w:val="ListBullet"/>
        <w:spacing w:after="40"/>
      </w:pPr>
      <w:r>
        <w:rPr>
          <w:sz w:val="21"/>
        </w:rPr>
        <w:t>[Full name of qualification or course (short form), awarding body, year, expiry date if any]</w:t>
      </w:r>
    </w:p>
    <w:p>
      <w:pPr>
        <w:spacing w:after="60" w:before="240"/>
      </w:pPr>
      <w:r>
        <w:rPr>
          <w:b/>
          <w:color w:val="0A714E"/>
          <w:sz w:val="22"/>
        </w:rPr>
        <w:t>OTHER INFORMATION</w:t>
      </w:r>
    </w:p>
    <w:p>
      <w:pPr>
        <w:pStyle w:val="ListBullet"/>
        <w:spacing w:after="40"/>
      </w:pPr>
      <w:r>
        <w:rPr>
          <w:sz w:val="21"/>
        </w:rPr>
        <w:t>[Vetting held, if you are allowed to say, e.g. "Security cleared (SC) to 2027"]</w:t>
      </w:r>
    </w:p>
    <w:p>
      <w:pPr>
        <w:pStyle w:val="ListBullet"/>
        <w:spacing w:after="40"/>
      </w:pPr>
      <w:r>
        <w:rPr>
          <w:sz w:val="21"/>
        </w:rPr>
        <w:t>[Full UK driving licence]</w:t>
      </w:r>
    </w:p>
    <w:p>
      <w:pPr>
        <w:pStyle w:val="ListBullet"/>
        <w:spacing w:after="40"/>
      </w:pPr>
      <w:r>
        <w:rPr>
          <w:sz w:val="21"/>
        </w:rPr>
        <w:t>[Notice period or availability]</w:t>
      </w:r>
    </w:p>
    <w:p>
      <w:pPr>
        <w:spacing w:after="0" w:before="360"/>
      </w:pPr>
      <w:r>
        <w:rPr>
          <w:b w:val="0"/>
          <w:color w:val="555555"/>
          <w:sz w:val="17"/>
        </w:rPr>
        <w:t>Template from Sirens to Horizons, sirenstohorizons.com. Delete the grey prompts before sending. One page is fine; two is the most. No photo.</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